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Model solicitare internă pentru aprobarea utilizării Yeola</w:t>
      </w:r>
    </w:p>
    <w:p>
      <w:r>
        <w:t>Către: [DPO / Director medical / Manager / Conducerea clinicii]</w:t>
      </w:r>
    </w:p>
    <w:p>
      <w:r>
        <w:t>De la: Dr. [Nume, prenume], [specialitate], [funcție / secție]</w:t>
      </w:r>
    </w:p>
    <w:p>
      <w:r>
        <w:t>Data: [___]</w:t>
      </w:r>
    </w:p>
    <w:p>
      <w:pPr>
        <w:spacing w:before="200" w:after="80"/>
      </w:pPr>
      <w:r>
        <w:rPr>
          <w:b/>
          <w:sz w:val="26"/>
        </w:rPr>
        <w:t>Subiect: Solicitare de aprobare pentru utilizarea aplicației Yeola</w:t>
      </w:r>
    </w:p>
    <w:p>
      <w:r>
        <w:t>Stimate/Stimată [___],</w:t>
      </w:r>
    </w:p>
    <w:p>
      <w:r>
        <w:t>Vă adresez prezenta solicitare pentru a obține aprobarea de a utiliza aplicația Yeola în cadrul activității medicale desfășurate în [denumire secție / clinică / spital].</w:t>
      </w:r>
    </w:p>
    <w:p>
      <w:pPr>
        <w:spacing w:before="200" w:after="80"/>
      </w:pPr>
      <w:r>
        <w:rPr>
          <w:b/>
          <w:sz w:val="26"/>
        </w:rPr>
        <w:t>Descrierea aplicației</w:t>
      </w:r>
    </w:p>
    <w:p>
      <w:r>
        <w:t>Yeola este o aplicație web dedicată redactării documentației medicale, care oferă două funcții principale:</w:t>
      </w:r>
    </w:p>
    <w:p>
      <w:pPr>
        <w:ind w:left="283"/>
      </w:pPr>
      <w:r>
        <w:t>•  dictare clasică (voice-to-text) pentru redactarea documentelor de către medic;</w:t>
      </w:r>
    </w:p>
    <w:p>
      <w:pPr>
        <w:ind w:left="283"/>
      </w:pPr>
      <w:r>
        <w:t>•  Ambient AI Scribe — asistent AI care ajută la structurarea documentației pe baza consultației, cu acordul verbal al pacientului.</w:t>
      </w:r>
    </w:p>
    <w:p>
      <w:pPr>
        <w:spacing w:before="200" w:after="80"/>
      </w:pPr>
      <w:r>
        <w:rPr>
          <w:b/>
          <w:sz w:val="26"/>
        </w:rPr>
        <w:t>Aspecte privind protecția datelor</w:t>
      </w:r>
    </w:p>
    <w:p>
      <w:pPr>
        <w:ind w:left="283"/>
      </w:pPr>
      <w:r>
        <w:t>•  Traficul este criptat TLS 1.3.</w:t>
      </w:r>
    </w:p>
    <w:p>
      <w:pPr>
        <w:ind w:left="283"/>
      </w:pPr>
      <w:r>
        <w:t>•  Audio-ul folosit de Ambient AI Scribe nu este stocat pe serverele furnizorului.</w:t>
      </w:r>
    </w:p>
    <w:p>
      <w:pPr>
        <w:ind w:left="283"/>
      </w:pPr>
      <w:r>
        <w:t>•  Documentele generate nu sunt stocate pe serverele furnizorului.</w:t>
      </w:r>
    </w:p>
    <w:p>
      <w:pPr>
        <w:ind w:left="283"/>
      </w:pPr>
      <w:r>
        <w:t>•  Furnizorul (MYPULMOTRACK S.R.L.) acționează ca Persoană împuternicită conform art. 28 GDPR și poate încheia un Acord de Prelucrare a Datelor (DPA) cu instituția.</w:t>
      </w:r>
    </w:p>
    <w:p>
      <w:pPr>
        <w:spacing w:before="200" w:after="80"/>
      </w:pPr>
      <w:r>
        <w:rPr>
          <w:b/>
          <w:sz w:val="26"/>
        </w:rPr>
        <w:t>Solicitare</w:t>
      </w:r>
    </w:p>
    <w:p>
      <w:pPr>
        <w:ind w:left="283"/>
      </w:pPr>
      <w:r>
        <w:t>•  aprobarea utilizării aplicației Yeola în activitatea medicală curentă;</w:t>
      </w:r>
    </w:p>
    <w:p>
      <w:pPr>
        <w:ind w:left="283"/>
      </w:pPr>
      <w:r>
        <w:t>•  acolo unde este cazul, încheierea unui DPA între instituție și MYPULMOTRACK S.R.L.;</w:t>
      </w:r>
    </w:p>
    <w:p>
      <w:pPr>
        <w:ind w:left="283"/>
      </w:pPr>
      <w:r>
        <w:t>•  eventuale instrucțiuni interne privind utilizarea aplicațiilor AI.</w:t>
      </w:r>
    </w:p>
    <w:p>
      <w:r>
        <w:t>Vă mulțumesc pentru sprijin și rămân la dispoziție pentru orice clarificări suplimentare.</w:t>
      </w:r>
    </w:p>
    <w:p>
      <w:r>
        <w:t>Cu deosebită considerație,</w:t>
      </w:r>
    </w:p>
    <w:p>
      <w:r>
        <w:t>Dr. [Nume, prenume]</w:t>
      </w:r>
    </w:p>
    <w:p>
      <w:r>
        <w:t>[semnătură / contact]</w:t>
      </w:r>
    </w:p>
    <w:p/>
    <w:p>
      <w:r>
        <w:rPr>
          <w:i/>
          <w:color w:val="555555"/>
          <w:sz w:val="18"/>
        </w:rPr>
        <w:t>Acest document reprezintă un model orientativ și trebuie adaptat și validat de utilizator și/sau instituția medicală conform politicilor interne și legislației aplicabile.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